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0B68E" w14:textId="66FFF009" w:rsidR="00FF7A8A" w:rsidRDefault="00380B5E" w:rsidP="00380B5E">
      <w:pPr>
        <w:pStyle w:val="Ttulo1"/>
        <w:jc w:val="center"/>
        <w:rPr>
          <w:rFonts w:ascii="GothamBook" w:hAnsi="GothamBook"/>
          <w:color w:val="auto"/>
          <w:sz w:val="30"/>
          <w:szCs w:val="36"/>
          <w:lang w:val="es-CO"/>
        </w:rPr>
      </w:pPr>
      <w:r w:rsidRPr="00380B5E">
        <w:rPr>
          <w:rFonts w:ascii="GothamBook" w:hAnsi="GothamBook"/>
          <w:color w:val="auto"/>
          <w:sz w:val="30"/>
          <w:szCs w:val="36"/>
          <w:lang w:val="es-CO"/>
        </w:rPr>
        <w:t>INFORME DIAGNÓSTICO DE PARTICIPACIÓN</w:t>
      </w:r>
    </w:p>
    <w:p w14:paraId="094919CA" w14:textId="422B8172" w:rsidR="00380B5E" w:rsidRPr="00380B5E" w:rsidRDefault="00380B5E" w:rsidP="00380B5E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DIAGNÓSTICO E IDENTIFICACIÓN DE PROBLEMAS</w:t>
      </w:r>
    </w:p>
    <w:p w14:paraId="12D82714" w14:textId="77777777" w:rsidR="00FF7A8A" w:rsidRPr="00380B5E" w:rsidRDefault="00715263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Hallazgos del Diagnóstico</w:t>
      </w:r>
    </w:p>
    <w:p w14:paraId="095FD44E" w14:textId="77777777" w:rsidR="00FF7A8A" w:rsidRPr="00380B5E" w:rsidRDefault="00715263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 xml:space="preserve">Durante el grupo focal realizado con representantes comunitarios, se identificaron percepciones relacionadas con la ausencia de </w:t>
      </w:r>
      <w:r w:rsidRPr="00380B5E">
        <w:rPr>
          <w:rFonts w:ascii="GothamBook" w:hAnsi="GothamBook"/>
          <w:sz w:val="24"/>
          <w:szCs w:val="24"/>
          <w:lang w:val="es-CO"/>
        </w:rPr>
        <w:t>ambulancia, problemas en el trato al usuario, demoras en la atención médica, falta de personal en puntos críticos y deficiencias en la comunicación.</w:t>
      </w:r>
    </w:p>
    <w:p w14:paraId="705FAFE6" w14:textId="77777777" w:rsidR="00380B5E" w:rsidRPr="00380B5E" w:rsidRDefault="00380B5E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3C6063FE" w14:textId="77777777" w:rsidR="00FF7A8A" w:rsidRPr="00380B5E" w:rsidRDefault="00715263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Gráfico – Línea Base de Satisfacción</w:t>
      </w:r>
    </w:p>
    <w:p w14:paraId="58E8CED4" w14:textId="77777777" w:rsidR="00FF7A8A" w:rsidRPr="00380B5E" w:rsidRDefault="00715263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noProof/>
          <w:sz w:val="24"/>
          <w:szCs w:val="24"/>
          <w:lang w:val="es-CO"/>
        </w:rPr>
        <w:drawing>
          <wp:inline distT="0" distB="0" distL="0" distR="0" wp14:anchorId="7C6CE3CE" wp14:editId="786C42DA">
            <wp:extent cx="5029200" cy="301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_bas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86C2" w14:textId="77777777" w:rsidR="00FF7A8A" w:rsidRPr="00380B5E" w:rsidRDefault="00715263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Conclusiones</w:t>
      </w:r>
    </w:p>
    <w:p w14:paraId="7D65C851" w14:textId="77777777" w:rsidR="00FF7A8A" w:rsidRPr="00380B5E" w:rsidRDefault="00715263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 xml:space="preserve">El diagnóstico evidencia una percepción </w:t>
      </w:r>
      <w:r w:rsidRPr="00380B5E">
        <w:rPr>
          <w:rFonts w:ascii="GothamBook" w:hAnsi="GothamBook"/>
          <w:sz w:val="24"/>
          <w:szCs w:val="24"/>
          <w:lang w:val="es-CO"/>
        </w:rPr>
        <w:t>comunitaria marcada por dificultades en el trato digno, la oportunidad en la atención y la falta de información clara. La ausencia de ambulancia afecta directamente la sensación de seguridad y acceso. Se requieren acciones inmediatas de capacitación, seguimiento al personal, mejora de la comunicación institucional y fortalecimiento de la participación ciudadana.</w:t>
      </w:r>
    </w:p>
    <w:p w14:paraId="757CDC35" w14:textId="77777777" w:rsidR="00380B5E" w:rsidRPr="00380B5E" w:rsidRDefault="00380B5E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1BB028D0" w14:textId="77777777" w:rsidR="00380B5E" w:rsidRPr="00380B5E" w:rsidRDefault="00380B5E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44C2D7C4" w14:textId="77777777" w:rsidR="00FF7A8A" w:rsidRPr="00380B5E" w:rsidRDefault="00715263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Matriz de Necesidades Identificadas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9"/>
        <w:gridCol w:w="4379"/>
      </w:tblGrid>
      <w:tr w:rsidR="00C418D4" w:rsidRPr="00380B5E" w14:paraId="4355287C" w14:textId="77777777" w:rsidTr="00380B5E">
        <w:trPr>
          <w:trHeight w:val="349"/>
        </w:trPr>
        <w:tc>
          <w:tcPr>
            <w:tcW w:w="4379" w:type="dxa"/>
            <w:vAlign w:val="center"/>
          </w:tcPr>
          <w:p w14:paraId="01DC5C4A" w14:textId="77777777" w:rsidR="00FF7A8A" w:rsidRPr="00380B5E" w:rsidRDefault="00715263" w:rsidP="00380B5E">
            <w:pPr>
              <w:spacing w:after="0" w:line="240" w:lineRule="auto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Necesidad</w:t>
            </w:r>
          </w:p>
        </w:tc>
        <w:tc>
          <w:tcPr>
            <w:tcW w:w="4379" w:type="dxa"/>
            <w:vAlign w:val="center"/>
          </w:tcPr>
          <w:p w14:paraId="7DCD2D70" w14:textId="77777777" w:rsidR="00FF7A8A" w:rsidRPr="00380B5E" w:rsidRDefault="00715263" w:rsidP="00380B5E">
            <w:pPr>
              <w:spacing w:after="0" w:line="240" w:lineRule="auto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Descripción</w:t>
            </w:r>
          </w:p>
        </w:tc>
      </w:tr>
      <w:tr w:rsidR="00C418D4" w:rsidRPr="00715263" w14:paraId="28E99355" w14:textId="77777777" w:rsidTr="00380B5E">
        <w:trPr>
          <w:trHeight w:val="717"/>
        </w:trPr>
        <w:tc>
          <w:tcPr>
            <w:tcW w:w="4379" w:type="dxa"/>
            <w:vAlign w:val="center"/>
          </w:tcPr>
          <w:p w14:paraId="34FF0520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Restablecer servicio de ambulancia</w:t>
            </w:r>
          </w:p>
        </w:tc>
        <w:tc>
          <w:tcPr>
            <w:tcW w:w="4379" w:type="dxa"/>
            <w:vAlign w:val="center"/>
          </w:tcPr>
          <w:p w14:paraId="36745B91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 xml:space="preserve">Garantizar disponibilidad para zona rural y </w:t>
            </w: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urbana.</w:t>
            </w:r>
          </w:p>
        </w:tc>
      </w:tr>
      <w:tr w:rsidR="00C418D4" w:rsidRPr="00715263" w14:paraId="57E4E161" w14:textId="77777777" w:rsidTr="00380B5E">
        <w:trPr>
          <w:trHeight w:val="717"/>
        </w:trPr>
        <w:tc>
          <w:tcPr>
            <w:tcW w:w="4379" w:type="dxa"/>
            <w:vAlign w:val="center"/>
          </w:tcPr>
          <w:p w14:paraId="23C5EC90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Capacitación en atención humanizada</w:t>
            </w:r>
          </w:p>
        </w:tc>
        <w:tc>
          <w:tcPr>
            <w:tcW w:w="4379" w:type="dxa"/>
            <w:vAlign w:val="center"/>
          </w:tcPr>
          <w:p w14:paraId="7B110B21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Formación en trato digno, empatía y comunicación.</w:t>
            </w:r>
          </w:p>
        </w:tc>
      </w:tr>
      <w:tr w:rsidR="00C418D4" w:rsidRPr="00715263" w14:paraId="49911EC7" w14:textId="77777777" w:rsidTr="00380B5E">
        <w:trPr>
          <w:trHeight w:val="698"/>
        </w:trPr>
        <w:tc>
          <w:tcPr>
            <w:tcW w:w="4379" w:type="dxa"/>
            <w:vAlign w:val="center"/>
          </w:tcPr>
          <w:p w14:paraId="02A731C4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Supervisión del personal</w:t>
            </w:r>
          </w:p>
        </w:tc>
        <w:tc>
          <w:tcPr>
            <w:tcW w:w="4379" w:type="dxa"/>
            <w:vAlign w:val="center"/>
          </w:tcPr>
          <w:p w14:paraId="632CD26A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Asegurar presencia continua y comportamiento adecuado.</w:t>
            </w:r>
          </w:p>
        </w:tc>
      </w:tr>
      <w:tr w:rsidR="00C418D4" w:rsidRPr="00715263" w14:paraId="6BF201DF" w14:textId="77777777" w:rsidTr="00380B5E">
        <w:trPr>
          <w:trHeight w:val="717"/>
        </w:trPr>
        <w:tc>
          <w:tcPr>
            <w:tcW w:w="4379" w:type="dxa"/>
            <w:vAlign w:val="center"/>
          </w:tcPr>
          <w:p w14:paraId="5F5682D8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Mejora de la comunicación institucional</w:t>
            </w:r>
          </w:p>
        </w:tc>
        <w:tc>
          <w:tcPr>
            <w:tcW w:w="4379" w:type="dxa"/>
            <w:vAlign w:val="center"/>
          </w:tcPr>
          <w:p w14:paraId="14E68E69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 xml:space="preserve">Informar fallas y tiempos de </w:t>
            </w: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respuesta oportunamente.</w:t>
            </w:r>
          </w:p>
        </w:tc>
      </w:tr>
      <w:tr w:rsidR="00C418D4" w:rsidRPr="00380B5E" w14:paraId="7770E590" w14:textId="77777777" w:rsidTr="00380B5E">
        <w:trPr>
          <w:trHeight w:val="349"/>
        </w:trPr>
        <w:tc>
          <w:tcPr>
            <w:tcW w:w="4379" w:type="dxa"/>
            <w:vAlign w:val="center"/>
          </w:tcPr>
          <w:p w14:paraId="3E3EBCE6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Estandarización de tiempos de atención</w:t>
            </w:r>
          </w:p>
        </w:tc>
        <w:tc>
          <w:tcPr>
            <w:tcW w:w="4379" w:type="dxa"/>
            <w:vAlign w:val="center"/>
          </w:tcPr>
          <w:p w14:paraId="07E1AB2F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Evitar retrasos no justificados.</w:t>
            </w:r>
          </w:p>
        </w:tc>
      </w:tr>
      <w:tr w:rsidR="00C418D4" w:rsidRPr="00715263" w14:paraId="70971CEB" w14:textId="77777777" w:rsidTr="00380B5E">
        <w:trPr>
          <w:trHeight w:val="717"/>
        </w:trPr>
        <w:tc>
          <w:tcPr>
            <w:tcW w:w="4379" w:type="dxa"/>
            <w:vAlign w:val="center"/>
          </w:tcPr>
          <w:p w14:paraId="4123CE0F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Cultura de respeto</w:t>
            </w:r>
          </w:p>
        </w:tc>
        <w:tc>
          <w:tcPr>
            <w:tcW w:w="4379" w:type="dxa"/>
            <w:vAlign w:val="center"/>
          </w:tcPr>
          <w:p w14:paraId="15A4DBF6" w14:textId="77777777" w:rsidR="00FF7A8A" w:rsidRPr="00380B5E" w:rsidRDefault="00715263" w:rsidP="00380B5E">
            <w:pPr>
              <w:spacing w:after="0" w:line="240" w:lineRule="auto"/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Sensibilizar al personal sobre el impacto del trato.</w:t>
            </w:r>
          </w:p>
        </w:tc>
      </w:tr>
    </w:tbl>
    <w:p w14:paraId="703D582F" w14:textId="77777777" w:rsidR="00933A01" w:rsidRPr="00380B5E" w:rsidRDefault="00933A01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7825EE23" w14:textId="6DC5F10C" w:rsidR="00415C19" w:rsidRPr="00380B5E" w:rsidRDefault="00380B5E" w:rsidP="006F303D">
      <w:pPr>
        <w:pStyle w:val="Ttulo1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DISEÑO Y PLANEACIÓN PARTICIPATIVA</w:t>
      </w:r>
    </w:p>
    <w:p w14:paraId="622DB417" w14:textId="77777777" w:rsidR="00415C19" w:rsidRPr="00380B5E" w:rsidRDefault="00415C19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1. Socialización de Hallazgos</w:t>
      </w:r>
    </w:p>
    <w:p w14:paraId="0E62CE78" w14:textId="77777777" w:rsidR="00415C19" w:rsidRPr="00380B5E" w:rsidRDefault="00415C19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Se realizó la socialización de los hallazgos del diagnóstico participativo con líderes comunitarios, representantes de la Alianza de Usuarios, Juntas de Acción Comunal y demás actores presentes. Los hallazgos incluyeron: ausencia de ambulancia, deficiencias en el trato al usuario, demoras en la atención médica, desatención en admisiones y falta de comunicación institucional.</w:t>
      </w:r>
    </w:p>
    <w:p w14:paraId="7F978B96" w14:textId="77777777" w:rsidR="00415C19" w:rsidRPr="00380B5E" w:rsidRDefault="00415C19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2. Priorización de Acciones</w:t>
      </w:r>
    </w:p>
    <w:p w14:paraId="73D2E9F5" w14:textId="77777777" w:rsidR="00415C19" w:rsidRPr="00380B5E" w:rsidRDefault="00415C19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Con base en los hallazgos y la capacidad operativa de la ESE, se priorizaron entre todos los actores tres acciones principales de mejora para el año.</w:t>
      </w:r>
    </w:p>
    <w:p w14:paraId="7D664E91" w14:textId="77777777" w:rsidR="00415C19" w:rsidRPr="00380B5E" w:rsidRDefault="00415C19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3. Plan de Acción Participativa 2025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415C19" w:rsidRPr="00380B5E" w14:paraId="5315D4AB" w14:textId="77777777" w:rsidTr="00380B5E">
        <w:tc>
          <w:tcPr>
            <w:tcW w:w="2160" w:type="dxa"/>
            <w:vAlign w:val="center"/>
          </w:tcPr>
          <w:p w14:paraId="58E10689" w14:textId="77777777" w:rsidR="00415C19" w:rsidRPr="00380B5E" w:rsidRDefault="00415C19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Acción Priorizada</w:t>
            </w:r>
          </w:p>
        </w:tc>
        <w:tc>
          <w:tcPr>
            <w:tcW w:w="2160" w:type="dxa"/>
            <w:vAlign w:val="center"/>
          </w:tcPr>
          <w:p w14:paraId="4BC4AB55" w14:textId="77777777" w:rsidR="00415C19" w:rsidRPr="00380B5E" w:rsidRDefault="00415C19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Responsable</w:t>
            </w:r>
          </w:p>
        </w:tc>
        <w:tc>
          <w:tcPr>
            <w:tcW w:w="2160" w:type="dxa"/>
            <w:vAlign w:val="center"/>
          </w:tcPr>
          <w:p w14:paraId="52EDB57E" w14:textId="77777777" w:rsidR="00415C19" w:rsidRPr="00380B5E" w:rsidRDefault="00415C19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Fecha Estimada</w:t>
            </w:r>
          </w:p>
        </w:tc>
        <w:tc>
          <w:tcPr>
            <w:tcW w:w="2160" w:type="dxa"/>
            <w:vAlign w:val="center"/>
          </w:tcPr>
          <w:p w14:paraId="045885E8" w14:textId="77777777" w:rsidR="00415C19" w:rsidRPr="00380B5E" w:rsidRDefault="00415C19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Indicador de Cumplimiento</w:t>
            </w:r>
          </w:p>
        </w:tc>
      </w:tr>
      <w:tr w:rsidR="00415C19" w:rsidRPr="00715263" w14:paraId="7554D6BA" w14:textId="77777777" w:rsidTr="00380B5E">
        <w:tc>
          <w:tcPr>
            <w:tcW w:w="2160" w:type="dxa"/>
            <w:vAlign w:val="center"/>
          </w:tcPr>
          <w:p w14:paraId="078C9797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Restablecer servicio de ambulancia</w:t>
            </w:r>
          </w:p>
        </w:tc>
        <w:tc>
          <w:tcPr>
            <w:tcW w:w="2160" w:type="dxa"/>
            <w:vAlign w:val="center"/>
          </w:tcPr>
          <w:p w14:paraId="37A02BCF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Subdirección Administrativa</w:t>
            </w:r>
          </w:p>
        </w:tc>
        <w:tc>
          <w:tcPr>
            <w:tcW w:w="2160" w:type="dxa"/>
            <w:vAlign w:val="center"/>
          </w:tcPr>
          <w:p w14:paraId="16BD87A2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1 mes</w:t>
            </w:r>
          </w:p>
        </w:tc>
        <w:tc>
          <w:tcPr>
            <w:tcW w:w="2160" w:type="dxa"/>
            <w:vAlign w:val="center"/>
          </w:tcPr>
          <w:p w14:paraId="000906C1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 xml:space="preserve">Ambulancia operativa en el </w:t>
            </w: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lastRenderedPageBreak/>
              <w:t>centro</w:t>
            </w:r>
          </w:p>
        </w:tc>
      </w:tr>
      <w:tr w:rsidR="00415C19" w:rsidRPr="00715263" w14:paraId="37167582" w14:textId="77777777" w:rsidTr="00380B5E">
        <w:tc>
          <w:tcPr>
            <w:tcW w:w="2160" w:type="dxa"/>
            <w:vAlign w:val="center"/>
          </w:tcPr>
          <w:p w14:paraId="52BE9BC0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lastRenderedPageBreak/>
              <w:t>Capacitación en atención humanizada</w:t>
            </w:r>
          </w:p>
        </w:tc>
        <w:tc>
          <w:tcPr>
            <w:tcW w:w="2160" w:type="dxa"/>
            <w:vAlign w:val="center"/>
          </w:tcPr>
          <w:p w14:paraId="7569F7E1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Coordinación SIAU</w:t>
            </w:r>
          </w:p>
        </w:tc>
        <w:tc>
          <w:tcPr>
            <w:tcW w:w="2160" w:type="dxa"/>
            <w:vAlign w:val="center"/>
          </w:tcPr>
          <w:p w14:paraId="7D57587D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1 mes</w:t>
            </w:r>
          </w:p>
        </w:tc>
        <w:tc>
          <w:tcPr>
            <w:tcW w:w="2160" w:type="dxa"/>
            <w:vAlign w:val="center"/>
          </w:tcPr>
          <w:p w14:paraId="1AEAA707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Personal capacitado y reporte de asistencia</w:t>
            </w:r>
          </w:p>
        </w:tc>
      </w:tr>
      <w:tr w:rsidR="00415C19" w:rsidRPr="00715263" w14:paraId="5C4DB56D" w14:textId="77777777" w:rsidTr="00380B5E">
        <w:tc>
          <w:tcPr>
            <w:tcW w:w="2160" w:type="dxa"/>
            <w:vAlign w:val="center"/>
          </w:tcPr>
          <w:p w14:paraId="73A6DE61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Mejorar supervisión y comunicación institucional</w:t>
            </w:r>
          </w:p>
        </w:tc>
        <w:tc>
          <w:tcPr>
            <w:tcW w:w="2160" w:type="dxa"/>
            <w:vAlign w:val="center"/>
          </w:tcPr>
          <w:p w14:paraId="63AE2D7E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Coordinación SIAU y Dirección Médica</w:t>
            </w:r>
          </w:p>
        </w:tc>
        <w:tc>
          <w:tcPr>
            <w:tcW w:w="2160" w:type="dxa"/>
            <w:vAlign w:val="center"/>
          </w:tcPr>
          <w:p w14:paraId="2C141729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Continuo</w:t>
            </w:r>
          </w:p>
        </w:tc>
        <w:tc>
          <w:tcPr>
            <w:tcW w:w="2160" w:type="dxa"/>
            <w:vAlign w:val="center"/>
          </w:tcPr>
          <w:p w14:paraId="19C95850" w14:textId="77777777" w:rsidR="00415C19" w:rsidRPr="00380B5E" w:rsidRDefault="00415C19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Reducción de quejas y cumplimiento de horarios</w:t>
            </w:r>
          </w:p>
        </w:tc>
      </w:tr>
    </w:tbl>
    <w:p w14:paraId="2C35F190" w14:textId="77777777" w:rsidR="00415C19" w:rsidRPr="00380B5E" w:rsidRDefault="00415C19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4. Acta de Sesión Participativa</w:t>
      </w:r>
    </w:p>
    <w:p w14:paraId="2C80E86C" w14:textId="77777777" w:rsidR="00415C19" w:rsidRPr="00380B5E" w:rsidRDefault="00415C19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En la fecha establecida se reunieron los líderes comunitarios, representantes de la Alianza de Usuarios, miembros de JAC y personal institucional para validar el Plan de Acción del Menú Participa. El plan fue aprobado por unanimidad y se acordó realizar seguimiento trimestral a los compromisos.</w:t>
      </w:r>
    </w:p>
    <w:p w14:paraId="38543E46" w14:textId="35D11A76" w:rsidR="006F303D" w:rsidRPr="00380B5E" w:rsidRDefault="00380B5E" w:rsidP="006F303D">
      <w:pPr>
        <w:pStyle w:val="Ttulo1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FORMACIÓN PARA LA PARTICIPACIÓN</w:t>
      </w:r>
    </w:p>
    <w:p w14:paraId="12E5E37E" w14:textId="77777777" w:rsidR="006F303D" w:rsidRPr="00380B5E" w:rsidRDefault="006F303D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1. Plan de Capacitaciones</w:t>
      </w:r>
    </w:p>
    <w:p w14:paraId="18550702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Se diseña el plan anual de capacitaciones dirigido a usuarios, líderes comunitarios, veedurías, Alianza de Usuarios y miembros de Juntas de Acción Comunal. Los contenidos se orientan a fortalecer la participación social, el empoderamiento ciudadano y el conocimiento de los derechos en salud.</w:t>
      </w:r>
    </w:p>
    <w:p w14:paraId="10FA8DFA" w14:textId="77777777" w:rsidR="006F303D" w:rsidRPr="00380B5E" w:rsidRDefault="006F303D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2. Contenidos Formativos</w:t>
      </w:r>
    </w:p>
    <w:p w14:paraId="772576C6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Los temas seleccionados son coherentes con las necesidades detectadas en el diagnóstico participativo y con las orientaciones del Menú Participa:</w:t>
      </w:r>
    </w:p>
    <w:p w14:paraId="734A8AA7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• Derechos y deberes en salud</w:t>
      </w:r>
    </w:p>
    <w:p w14:paraId="0DB62B45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• Rutas de atención y acceso a servicios</w:t>
      </w:r>
    </w:p>
    <w:p w14:paraId="20A6C09F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• PQRSD: uso adecuado y canales de atención</w:t>
      </w:r>
    </w:p>
    <w:p w14:paraId="38386356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• Control social y participación ciudadana</w:t>
      </w:r>
    </w:p>
    <w:p w14:paraId="6647B055" w14:textId="77777777" w:rsidR="006F303D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• Humanización del servicio y trato digno</w:t>
      </w:r>
    </w:p>
    <w:p w14:paraId="6744A1C4" w14:textId="77777777" w:rsidR="006F303D" w:rsidRPr="00380B5E" w:rsidRDefault="006F303D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lastRenderedPageBreak/>
        <w:t>3. Cronograma Anual de Formación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6F303D" w:rsidRPr="00380B5E" w14:paraId="2C002693" w14:textId="77777777" w:rsidTr="00380B5E">
        <w:tc>
          <w:tcPr>
            <w:tcW w:w="2160" w:type="dxa"/>
            <w:vAlign w:val="center"/>
          </w:tcPr>
          <w:p w14:paraId="4EFEC3D4" w14:textId="77777777" w:rsidR="006F303D" w:rsidRPr="00380B5E" w:rsidRDefault="006F303D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Tema</w:t>
            </w:r>
          </w:p>
        </w:tc>
        <w:tc>
          <w:tcPr>
            <w:tcW w:w="2160" w:type="dxa"/>
            <w:vAlign w:val="center"/>
          </w:tcPr>
          <w:p w14:paraId="1EAB7DE0" w14:textId="77777777" w:rsidR="006F303D" w:rsidRPr="00380B5E" w:rsidRDefault="006F303D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Fecha Programada</w:t>
            </w:r>
          </w:p>
        </w:tc>
        <w:tc>
          <w:tcPr>
            <w:tcW w:w="2160" w:type="dxa"/>
            <w:vAlign w:val="center"/>
          </w:tcPr>
          <w:p w14:paraId="3408B665" w14:textId="77777777" w:rsidR="006F303D" w:rsidRPr="00380B5E" w:rsidRDefault="006F303D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Población Objetivo</w:t>
            </w:r>
          </w:p>
        </w:tc>
        <w:tc>
          <w:tcPr>
            <w:tcW w:w="2160" w:type="dxa"/>
            <w:vAlign w:val="center"/>
          </w:tcPr>
          <w:p w14:paraId="4D4A0720" w14:textId="77777777" w:rsidR="006F303D" w:rsidRPr="00380B5E" w:rsidRDefault="006F303D" w:rsidP="00380B5E">
            <w:pPr>
              <w:spacing w:after="0"/>
              <w:jc w:val="center"/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b/>
                <w:bCs/>
                <w:sz w:val="24"/>
                <w:szCs w:val="24"/>
                <w:lang w:val="es-CO"/>
              </w:rPr>
              <w:t>Responsable</w:t>
            </w:r>
          </w:p>
        </w:tc>
      </w:tr>
      <w:tr w:rsidR="006F303D" w:rsidRPr="00380B5E" w14:paraId="1047B787" w14:textId="77777777" w:rsidTr="00380B5E">
        <w:tc>
          <w:tcPr>
            <w:tcW w:w="2160" w:type="dxa"/>
            <w:vAlign w:val="center"/>
          </w:tcPr>
          <w:p w14:paraId="1CD4A7FA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Derechos y deberes en salud</w:t>
            </w:r>
          </w:p>
        </w:tc>
        <w:tc>
          <w:tcPr>
            <w:tcW w:w="2160" w:type="dxa"/>
            <w:vAlign w:val="center"/>
          </w:tcPr>
          <w:p w14:paraId="253CDBBE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Febrero</w:t>
            </w:r>
          </w:p>
        </w:tc>
        <w:tc>
          <w:tcPr>
            <w:tcW w:w="2160" w:type="dxa"/>
            <w:vAlign w:val="center"/>
          </w:tcPr>
          <w:p w14:paraId="2AC6CB29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Usuarios y líderes comunitarios</w:t>
            </w:r>
          </w:p>
        </w:tc>
        <w:tc>
          <w:tcPr>
            <w:tcW w:w="2160" w:type="dxa"/>
            <w:vAlign w:val="center"/>
          </w:tcPr>
          <w:p w14:paraId="276CB425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Coordinación SIAU</w:t>
            </w:r>
          </w:p>
        </w:tc>
      </w:tr>
      <w:tr w:rsidR="006F303D" w:rsidRPr="00715263" w14:paraId="37E63BFC" w14:textId="77777777" w:rsidTr="00380B5E">
        <w:tc>
          <w:tcPr>
            <w:tcW w:w="2160" w:type="dxa"/>
            <w:vAlign w:val="center"/>
          </w:tcPr>
          <w:p w14:paraId="2A585F7B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Rutas de atención</w:t>
            </w:r>
          </w:p>
        </w:tc>
        <w:tc>
          <w:tcPr>
            <w:tcW w:w="2160" w:type="dxa"/>
            <w:vAlign w:val="center"/>
          </w:tcPr>
          <w:p w14:paraId="1B53B652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Abril</w:t>
            </w:r>
          </w:p>
        </w:tc>
        <w:tc>
          <w:tcPr>
            <w:tcW w:w="2160" w:type="dxa"/>
            <w:vAlign w:val="center"/>
          </w:tcPr>
          <w:p w14:paraId="758629F3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Usuarios</w:t>
            </w:r>
          </w:p>
        </w:tc>
        <w:tc>
          <w:tcPr>
            <w:tcW w:w="2160" w:type="dxa"/>
            <w:vAlign w:val="center"/>
          </w:tcPr>
          <w:p w14:paraId="37043807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Coordinación SIAU + Referente de Atención</w:t>
            </w:r>
          </w:p>
        </w:tc>
      </w:tr>
      <w:tr w:rsidR="006F303D" w:rsidRPr="00380B5E" w14:paraId="6F2750B9" w14:textId="77777777" w:rsidTr="00380B5E">
        <w:tc>
          <w:tcPr>
            <w:tcW w:w="2160" w:type="dxa"/>
            <w:vAlign w:val="center"/>
          </w:tcPr>
          <w:p w14:paraId="16980B6A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PQRSD y participación</w:t>
            </w:r>
          </w:p>
        </w:tc>
        <w:tc>
          <w:tcPr>
            <w:tcW w:w="2160" w:type="dxa"/>
            <w:vAlign w:val="center"/>
          </w:tcPr>
          <w:p w14:paraId="61FAA551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Junio</w:t>
            </w:r>
          </w:p>
        </w:tc>
        <w:tc>
          <w:tcPr>
            <w:tcW w:w="2160" w:type="dxa"/>
            <w:vAlign w:val="center"/>
          </w:tcPr>
          <w:p w14:paraId="67A4FD06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Alianza de Usuarios y veedurías</w:t>
            </w:r>
          </w:p>
        </w:tc>
        <w:tc>
          <w:tcPr>
            <w:tcW w:w="2160" w:type="dxa"/>
            <w:vAlign w:val="center"/>
          </w:tcPr>
          <w:p w14:paraId="3F8BBEE6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Coordinación SIAU</w:t>
            </w:r>
          </w:p>
        </w:tc>
      </w:tr>
      <w:tr w:rsidR="006F303D" w:rsidRPr="00380B5E" w14:paraId="0C5B170B" w14:textId="77777777" w:rsidTr="00380B5E">
        <w:tc>
          <w:tcPr>
            <w:tcW w:w="2160" w:type="dxa"/>
            <w:vAlign w:val="center"/>
          </w:tcPr>
          <w:p w14:paraId="5250BADF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Control social</w:t>
            </w:r>
          </w:p>
        </w:tc>
        <w:tc>
          <w:tcPr>
            <w:tcW w:w="2160" w:type="dxa"/>
            <w:vAlign w:val="center"/>
          </w:tcPr>
          <w:p w14:paraId="7E1DEBFA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Agosto</w:t>
            </w:r>
          </w:p>
        </w:tc>
        <w:tc>
          <w:tcPr>
            <w:tcW w:w="2160" w:type="dxa"/>
            <w:vAlign w:val="center"/>
          </w:tcPr>
          <w:p w14:paraId="5CF2D665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JAC – Veedurías – Comunidad</w:t>
            </w:r>
          </w:p>
        </w:tc>
        <w:tc>
          <w:tcPr>
            <w:tcW w:w="2160" w:type="dxa"/>
            <w:vAlign w:val="center"/>
          </w:tcPr>
          <w:p w14:paraId="6B17D534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Planeación + SIAU</w:t>
            </w:r>
          </w:p>
        </w:tc>
      </w:tr>
      <w:tr w:rsidR="006F303D" w:rsidRPr="00380B5E" w14:paraId="6777A540" w14:textId="77777777" w:rsidTr="00380B5E">
        <w:tc>
          <w:tcPr>
            <w:tcW w:w="2160" w:type="dxa"/>
            <w:vAlign w:val="center"/>
          </w:tcPr>
          <w:p w14:paraId="1D8FAAE2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Humanización y trato digno</w:t>
            </w:r>
          </w:p>
        </w:tc>
        <w:tc>
          <w:tcPr>
            <w:tcW w:w="2160" w:type="dxa"/>
            <w:vAlign w:val="center"/>
          </w:tcPr>
          <w:p w14:paraId="2B9B682F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Octubre</w:t>
            </w:r>
          </w:p>
        </w:tc>
        <w:tc>
          <w:tcPr>
            <w:tcW w:w="2160" w:type="dxa"/>
            <w:vAlign w:val="center"/>
          </w:tcPr>
          <w:p w14:paraId="03F8A2E0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Usuarios y comunidad general</w:t>
            </w:r>
          </w:p>
        </w:tc>
        <w:tc>
          <w:tcPr>
            <w:tcW w:w="2160" w:type="dxa"/>
            <w:vAlign w:val="center"/>
          </w:tcPr>
          <w:p w14:paraId="748D3002" w14:textId="77777777" w:rsidR="006F303D" w:rsidRPr="00380B5E" w:rsidRDefault="006F303D" w:rsidP="00380B5E">
            <w:pPr>
              <w:rPr>
                <w:rFonts w:ascii="GothamBook" w:hAnsi="GothamBook"/>
                <w:sz w:val="24"/>
                <w:szCs w:val="24"/>
                <w:lang w:val="es-CO"/>
              </w:rPr>
            </w:pPr>
            <w:r w:rsidRPr="00380B5E">
              <w:rPr>
                <w:rFonts w:ascii="GothamBook" w:hAnsi="GothamBook"/>
                <w:sz w:val="24"/>
                <w:szCs w:val="24"/>
                <w:lang w:val="es-CO"/>
              </w:rPr>
              <w:t>SIAU + Talento Humano</w:t>
            </w:r>
          </w:p>
        </w:tc>
      </w:tr>
    </w:tbl>
    <w:p w14:paraId="3095939B" w14:textId="77777777" w:rsidR="00380B5E" w:rsidRDefault="00380B5E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</w:p>
    <w:p w14:paraId="740B7112" w14:textId="7F9C7731" w:rsidR="006F303D" w:rsidRPr="00380B5E" w:rsidRDefault="006F303D" w:rsidP="006F303D">
      <w:pPr>
        <w:pStyle w:val="Ttulo2"/>
        <w:jc w:val="both"/>
        <w:rPr>
          <w:rFonts w:ascii="GothamBook" w:hAnsi="GothamBook"/>
          <w:color w:val="auto"/>
          <w:sz w:val="24"/>
          <w:szCs w:val="24"/>
          <w:lang w:val="es-CO"/>
        </w:rPr>
      </w:pPr>
      <w:r w:rsidRPr="00380B5E">
        <w:rPr>
          <w:rFonts w:ascii="GothamBook" w:hAnsi="GothamBook"/>
          <w:color w:val="auto"/>
          <w:sz w:val="24"/>
          <w:szCs w:val="24"/>
          <w:lang w:val="es-CO"/>
        </w:rPr>
        <w:t>4.Registros de Asistencia y Material Pedagógico</w:t>
      </w:r>
    </w:p>
    <w:p w14:paraId="1F9F0D3C" w14:textId="7B2B1C45" w:rsidR="00415C19" w:rsidRPr="00380B5E" w:rsidRDefault="006F303D" w:rsidP="006F303D">
      <w:pPr>
        <w:jc w:val="both"/>
        <w:rPr>
          <w:rFonts w:ascii="GothamBook" w:hAnsi="GothamBook"/>
          <w:sz w:val="24"/>
          <w:szCs w:val="24"/>
          <w:lang w:val="es-CO"/>
        </w:rPr>
      </w:pPr>
      <w:r w:rsidRPr="00380B5E">
        <w:rPr>
          <w:rFonts w:ascii="GothamBook" w:hAnsi="GothamBook"/>
          <w:sz w:val="24"/>
          <w:szCs w:val="24"/>
          <w:lang w:val="es-CO"/>
        </w:rPr>
        <w:t>Se adjuntarán a este módulo los formatos de asistencia diligenciados en cada sesión y el material pedagógico utilizado: presentaciones, guías informativas, infografías y cartillas educativas. Estos documentos serán incorporados progresivamente a medida que se desarrollen la</w:t>
      </w:r>
      <w:r w:rsidRPr="00380B5E">
        <w:rPr>
          <w:sz w:val="24"/>
          <w:szCs w:val="24"/>
          <w:lang w:val="es-CO"/>
        </w:rPr>
        <w:t xml:space="preserve">s </w:t>
      </w:r>
      <w:r w:rsidRPr="00380B5E">
        <w:rPr>
          <w:rFonts w:ascii="GothamBook" w:hAnsi="GothamBook"/>
          <w:sz w:val="24"/>
          <w:szCs w:val="24"/>
          <w:lang w:val="es-CO"/>
        </w:rPr>
        <w:t>capacitaciones anuales</w:t>
      </w:r>
      <w:r w:rsidR="003B22E6" w:rsidRPr="00380B5E">
        <w:rPr>
          <w:rFonts w:ascii="GothamBook" w:hAnsi="GothamBook"/>
          <w:sz w:val="24"/>
          <w:szCs w:val="24"/>
          <w:lang w:val="es-CO"/>
        </w:rPr>
        <w:t>.</w:t>
      </w:r>
    </w:p>
    <w:p w14:paraId="54A7CF55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0CA58583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1C9BA27B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53C0EE72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2EA3721E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58F0D642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1EC6BBC8" w14:textId="77777777" w:rsidR="003B22E6" w:rsidRPr="00380B5E" w:rsidRDefault="003B22E6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p w14:paraId="6CF475D9" w14:textId="77777777" w:rsidR="00C418D4" w:rsidRPr="00380B5E" w:rsidRDefault="00C418D4" w:rsidP="006F303D">
      <w:pPr>
        <w:jc w:val="both"/>
        <w:rPr>
          <w:rFonts w:ascii="GothamBook" w:hAnsi="GothamBook"/>
          <w:sz w:val="24"/>
          <w:szCs w:val="24"/>
          <w:lang w:val="es-CO"/>
        </w:rPr>
      </w:pPr>
    </w:p>
    <w:sectPr w:rsidR="00C418D4" w:rsidRPr="00380B5E" w:rsidSect="00380B5E">
      <w:headerReference w:type="default" r:id="rId9"/>
      <w:pgSz w:w="12240" w:h="15840"/>
      <w:pgMar w:top="2271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A50CF" w14:textId="77777777" w:rsidR="00832517" w:rsidRDefault="00832517" w:rsidP="00380B5E">
      <w:pPr>
        <w:spacing w:after="0" w:line="240" w:lineRule="auto"/>
      </w:pPr>
      <w:r>
        <w:separator/>
      </w:r>
    </w:p>
  </w:endnote>
  <w:endnote w:type="continuationSeparator" w:id="0">
    <w:p w14:paraId="667C82C1" w14:textId="77777777" w:rsidR="00832517" w:rsidRDefault="00832517" w:rsidP="00380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otham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317F7" w14:textId="77777777" w:rsidR="00832517" w:rsidRDefault="00832517" w:rsidP="00380B5E">
      <w:pPr>
        <w:spacing w:after="0" w:line="240" w:lineRule="auto"/>
      </w:pPr>
      <w:r>
        <w:separator/>
      </w:r>
    </w:p>
  </w:footnote>
  <w:footnote w:type="continuationSeparator" w:id="0">
    <w:p w14:paraId="5D0242A2" w14:textId="77777777" w:rsidR="00832517" w:rsidRDefault="00832517" w:rsidP="00380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3C83C" w14:textId="341092EE" w:rsidR="00380B5E" w:rsidRDefault="00380B5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E188FB" wp14:editId="5C85AC1F">
              <wp:simplePos x="0" y="0"/>
              <wp:positionH relativeFrom="margin">
                <wp:posOffset>-581025</wp:posOffset>
              </wp:positionH>
              <wp:positionV relativeFrom="paragraph">
                <wp:posOffset>-76200</wp:posOffset>
              </wp:positionV>
              <wp:extent cx="6638925" cy="9667875"/>
              <wp:effectExtent l="0" t="0" r="0" b="0"/>
              <wp:wrapNone/>
              <wp:docPr id="2144382131" name="Grupo 2144382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38925" cy="9667875"/>
                        <a:chOff x="228600" y="28575"/>
                        <a:chExt cx="6688455" cy="9534525"/>
                      </a:xfrm>
                    </wpg:grpSpPr>
                    <pic:pic xmlns:pic="http://schemas.openxmlformats.org/drawingml/2006/picture">
                      <pic:nvPicPr>
                        <pic:cNvPr id="727726084" name="Imagen 727726084" descr="C:\Users\user\Downloads\Logo horizontal VIDASINU-13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8575"/>
                          <a:ext cx="22644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69010683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61577" t="93200"/>
                        <a:stretch/>
                      </pic:blipFill>
                      <pic:spPr bwMode="auto">
                        <a:xfrm>
                          <a:off x="2619375" y="8543925"/>
                          <a:ext cx="4297680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00629332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45217" t="31162" r="20325" b="49716"/>
                        <a:stretch/>
                      </pic:blipFill>
                      <pic:spPr bwMode="auto">
                        <a:xfrm>
                          <a:off x="4352925" y="171450"/>
                          <a:ext cx="2486025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027FC9" id="Grupo 2144382131" o:spid="_x0000_s1026" style="position:absolute;margin-left:-45.75pt;margin-top:-6pt;width:522.75pt;height:761.25pt;z-index:251659264;mso-position-horizontal-relative:margin;mso-width-relative:margin;mso-height-relative:margin" coordorigin="2286,285" coordsize="66884,953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XV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QVBFTEVSSUEgQkFTSUNBIFZJREFTSU5VzIEgMi4wPC9yZGY6bGk+CiAgICAgICAgICAgIDwv&#10;cmRmOkFsdD4KICAgICAgICAgPC9kYzp0aXRsZT4KICAgICAgPC9yZGY6RGVzY3JpcHRpb24+CiAg&#10;ICAgIDxyZGY6RGVzY3JpcHRpb24gcmRmOmFib3V0PSI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1NzBDODZGRDVFMjA2ODExOEMxNDg3RUE3MjlEM0I0ODwvc3RFdnQ6aW5zdGFuY2VJRD4K&#10;ICAgICAgICAgICAgICAgICAgPHN0RXZ0OndoZW4+MjAxNi0wOC0xMFQxMjo0ODowMi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U3fzmG67ediu9PP+N149rkPB&#10;+03cbmGhuZePTlYlvdcZ4fud1q68rFrmmnJx6M7CtzXbmYiunrHytKp6U1THtiJn9yEK/XNuzerp&#10;/SotXK6evjHWmiZjrH44HgL8HH4n/qr9a3qb512s75bfhOfxLQdiOT9wNdZ43w3C47nU8i1XcDth&#10;xzEu3c3HyLtd3EjW8qy4qtTHSquqmrr9WErYu13K5iqYmIpmfZEePWI/mqLqthk5eRXbvVUTTTZq&#10;rjy0RTPmiu3THjH0VSMlNNq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27726084" o:spid="_x0000_s1027" type="#_x0000_t75" style="position:absolute;left:2286;top:285;width:2264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">
                <v:imagedata r:id="rId4" o:title="Logo horizontal VIDASINU-13"/>
              </v:shape>
              <v:shape id="Picture 6" o:spid="_x0000_s1028" type="#_x0000_t75" style="position:absolute;left:26193;top:85439;width:4297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">
                <v:imagedata r:id="rId5" o:title="" croptop="61080f" cropleft="40355f"/>
              </v:shape>
              <v:shape id="Imagen 1" o:spid="_x0000_s1029" type="#_x0000_t75" style="position:absolute;left:43529;top:1714;width:248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">
                <v:imagedata r:id="rId6" o:title="" croptop="20422f" cropbottom="32582f" cropleft="29633f" cropright="13320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CF6241"/>
    <w:multiLevelType w:val="multilevel"/>
    <w:tmpl w:val="49E6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B14FB"/>
    <w:multiLevelType w:val="multilevel"/>
    <w:tmpl w:val="3238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866B7"/>
    <w:multiLevelType w:val="multilevel"/>
    <w:tmpl w:val="74EAA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F80772"/>
    <w:multiLevelType w:val="multilevel"/>
    <w:tmpl w:val="A65A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C2066B"/>
    <w:multiLevelType w:val="multilevel"/>
    <w:tmpl w:val="ACA0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2483655">
    <w:abstractNumId w:val="8"/>
  </w:num>
  <w:num w:numId="2" w16cid:durableId="625090370">
    <w:abstractNumId w:val="6"/>
  </w:num>
  <w:num w:numId="3" w16cid:durableId="1789815668">
    <w:abstractNumId w:val="5"/>
  </w:num>
  <w:num w:numId="4" w16cid:durableId="623654284">
    <w:abstractNumId w:val="4"/>
  </w:num>
  <w:num w:numId="5" w16cid:durableId="1534683994">
    <w:abstractNumId w:val="7"/>
  </w:num>
  <w:num w:numId="6" w16cid:durableId="1779638077">
    <w:abstractNumId w:val="3"/>
  </w:num>
  <w:num w:numId="7" w16cid:durableId="1931817565">
    <w:abstractNumId w:val="2"/>
  </w:num>
  <w:num w:numId="8" w16cid:durableId="1631014157">
    <w:abstractNumId w:val="1"/>
  </w:num>
  <w:num w:numId="9" w16cid:durableId="503477986">
    <w:abstractNumId w:val="0"/>
  </w:num>
  <w:num w:numId="10" w16cid:durableId="2002925352">
    <w:abstractNumId w:val="9"/>
  </w:num>
  <w:num w:numId="11" w16cid:durableId="956108112">
    <w:abstractNumId w:val="11"/>
  </w:num>
  <w:num w:numId="12" w16cid:durableId="202251899">
    <w:abstractNumId w:val="12"/>
  </w:num>
  <w:num w:numId="13" w16cid:durableId="479544465">
    <w:abstractNumId w:val="13"/>
  </w:num>
  <w:num w:numId="14" w16cid:durableId="35014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0924"/>
    <w:rsid w:val="001F0AA6"/>
    <w:rsid w:val="0029639D"/>
    <w:rsid w:val="00326F90"/>
    <w:rsid w:val="00350081"/>
    <w:rsid w:val="00380B5E"/>
    <w:rsid w:val="003B22E6"/>
    <w:rsid w:val="003D6719"/>
    <w:rsid w:val="00415C19"/>
    <w:rsid w:val="006F303D"/>
    <w:rsid w:val="0071521D"/>
    <w:rsid w:val="00715263"/>
    <w:rsid w:val="007F365E"/>
    <w:rsid w:val="00832517"/>
    <w:rsid w:val="008559E1"/>
    <w:rsid w:val="008B1B72"/>
    <w:rsid w:val="00933A01"/>
    <w:rsid w:val="009B2DE4"/>
    <w:rsid w:val="00A27DC0"/>
    <w:rsid w:val="00A6473A"/>
    <w:rsid w:val="00AA1D8D"/>
    <w:rsid w:val="00B47730"/>
    <w:rsid w:val="00BD23D0"/>
    <w:rsid w:val="00C418D4"/>
    <w:rsid w:val="00CB0664"/>
    <w:rsid w:val="00D2519B"/>
    <w:rsid w:val="00F53F51"/>
    <w:rsid w:val="00FC3E56"/>
    <w:rsid w:val="00FC693F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62CE71"/>
  <w14:defaultImageDpi w14:val="300"/>
  <w15:docId w15:val="{AB334D99-C64E-48BD-80D1-7859B93B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2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672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planeacion@esevidasinu.gov.co</cp:lastModifiedBy>
  <cp:revision>12</cp:revision>
  <dcterms:created xsi:type="dcterms:W3CDTF">2013-12-23T23:15:00Z</dcterms:created>
  <dcterms:modified xsi:type="dcterms:W3CDTF">2025-11-27T22:14:00Z</dcterms:modified>
  <cp:category/>
</cp:coreProperties>
</file>