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D662B" w14:textId="77777777" w:rsidR="00BD1BEC" w:rsidRDefault="00BD1BEC" w:rsidP="003B22E6">
      <w:pPr>
        <w:jc w:val="center"/>
        <w:rPr>
          <w:rFonts w:ascii="GothamBook" w:hAnsi="GothamBook"/>
          <w:b/>
          <w:bCs/>
          <w:sz w:val="24"/>
          <w:szCs w:val="24"/>
          <w:lang w:val="es-CO"/>
        </w:rPr>
      </w:pPr>
    </w:p>
    <w:p w14:paraId="7B11DBE8" w14:textId="7B1BDD80" w:rsidR="003B22E6" w:rsidRPr="00380B5E" w:rsidRDefault="003B22E6" w:rsidP="003B22E6">
      <w:pPr>
        <w:jc w:val="center"/>
        <w:rPr>
          <w:rFonts w:ascii="GothamBook" w:hAnsi="GothamBook"/>
          <w:b/>
          <w:bCs/>
          <w:sz w:val="24"/>
          <w:szCs w:val="24"/>
          <w:lang w:val="es-CO"/>
        </w:rPr>
      </w:pPr>
      <w:r w:rsidRPr="00380B5E">
        <w:rPr>
          <w:rFonts w:ascii="GothamBook" w:hAnsi="GothamBook"/>
          <w:b/>
          <w:bCs/>
          <w:sz w:val="24"/>
          <w:szCs w:val="24"/>
          <w:lang w:val="es-CO"/>
        </w:rPr>
        <w:t>INFORME GERENCIAL</w:t>
      </w:r>
    </w:p>
    <w:p w14:paraId="772E53C8" w14:textId="77777777" w:rsidR="003B22E6" w:rsidRPr="00380B5E" w:rsidRDefault="003B22E6" w:rsidP="003B22E6">
      <w:pPr>
        <w:rPr>
          <w:rFonts w:ascii="GothamBook" w:hAnsi="GothamBook"/>
          <w:sz w:val="24"/>
          <w:szCs w:val="24"/>
          <w:lang w:val="es-CO"/>
        </w:rPr>
      </w:pPr>
      <w:r w:rsidRPr="00380B5E">
        <w:rPr>
          <w:rFonts w:ascii="GothamBook" w:hAnsi="GothamBook"/>
          <w:sz w:val="24"/>
          <w:szCs w:val="24"/>
          <w:lang w:val="es-CO"/>
        </w:rPr>
        <w:t>Avances Módulo 2 y 3 – Menú Participa</w:t>
      </w:r>
      <w:r w:rsidRPr="00380B5E">
        <w:rPr>
          <w:rFonts w:ascii="GothamBook" w:hAnsi="GothamBook"/>
          <w:sz w:val="24"/>
          <w:szCs w:val="24"/>
          <w:lang w:val="es-CO"/>
        </w:rPr>
        <w:br/>
        <w:t>E.S.E. Vida Sinú – Centro Hospitalario Betanci</w:t>
      </w:r>
      <w:r w:rsidRPr="00380B5E">
        <w:rPr>
          <w:rFonts w:ascii="GothamBook" w:hAnsi="GothamBook"/>
          <w:sz w:val="24"/>
          <w:szCs w:val="24"/>
          <w:lang w:val="es-CO"/>
        </w:rPr>
        <w:br/>
        <w:t>Vigencia 2025**</w:t>
      </w:r>
    </w:p>
    <w:p w14:paraId="47510D47" w14:textId="79058B5F" w:rsidR="003B22E6" w:rsidRPr="00380B5E" w:rsidRDefault="003B22E6" w:rsidP="003B22E6">
      <w:pPr>
        <w:jc w:val="both"/>
        <w:rPr>
          <w:rFonts w:ascii="GothamBook" w:hAnsi="GothamBook"/>
          <w:sz w:val="24"/>
          <w:szCs w:val="24"/>
          <w:lang w:val="es-CO"/>
        </w:rPr>
      </w:pPr>
    </w:p>
    <w:p w14:paraId="0B772CBF" w14:textId="77777777"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1. Introducción</w:t>
      </w:r>
    </w:p>
    <w:p w14:paraId="6A537280" w14:textId="242721E3" w:rsidR="003B22E6" w:rsidRDefault="00D2519B" w:rsidP="003B22E6">
      <w:pPr>
        <w:jc w:val="both"/>
        <w:rPr>
          <w:rFonts w:ascii="GothamBook" w:hAnsi="GothamBook"/>
          <w:sz w:val="24"/>
          <w:szCs w:val="24"/>
          <w:lang w:val="es-CO"/>
        </w:rPr>
      </w:pPr>
      <w:r w:rsidRPr="00380B5E">
        <w:rPr>
          <w:rFonts w:ascii="GothamBook" w:hAnsi="GothamBook"/>
          <w:sz w:val="24"/>
          <w:szCs w:val="24"/>
          <w:lang w:val="es-CO"/>
        </w:rPr>
        <w:t>En cumplimiento de los lineamientos establecidos por el Menú Participa del Ministerio de Salud, la E.S.E. Vida Sinú desarrolló durante el periodo de referencia las acciones orientadas al fortalecimiento de la participación social y la articulación con los diferentes actores comunitarios. Este informe gerencial integra los resultados alcanzados, el impacto generado y el estado general de avance del proceso, evidenciando un desempeño positivo del 80% y la identificación de un 20% de oportunidades de mejora que servirán como guía estratégica para orientar los próximos ciclos de trabajo institucional, consolidar la relación con la comunidad y seguir fortaleciendo la transparencia, la corresponsabilidad y la calidad del servicio prestado.</w:t>
      </w:r>
    </w:p>
    <w:p w14:paraId="522B006D" w14:textId="77777777" w:rsidR="00F822BF" w:rsidRPr="00380B5E" w:rsidRDefault="00F822BF" w:rsidP="003B22E6">
      <w:pPr>
        <w:jc w:val="both"/>
        <w:rPr>
          <w:rFonts w:ascii="GothamBook" w:hAnsi="GothamBook"/>
          <w:sz w:val="24"/>
          <w:szCs w:val="24"/>
          <w:lang w:val="es-CO"/>
        </w:rPr>
      </w:pPr>
    </w:p>
    <w:p w14:paraId="1E5C8214" w14:textId="45784E89"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2. Avances Relevantes</w:t>
      </w:r>
    </w:p>
    <w:p w14:paraId="0EA28675" w14:textId="77777777" w:rsidR="00D2519B" w:rsidRPr="00380B5E" w:rsidRDefault="00D2519B" w:rsidP="003B22E6">
      <w:pPr>
        <w:jc w:val="both"/>
        <w:rPr>
          <w:rFonts w:ascii="GothamBook" w:hAnsi="GothamBook"/>
          <w:sz w:val="24"/>
          <w:szCs w:val="24"/>
          <w:lang w:val="es-CO"/>
        </w:rPr>
      </w:pPr>
      <w:r w:rsidRPr="00380B5E">
        <w:rPr>
          <w:rFonts w:ascii="GothamBook" w:hAnsi="GothamBook"/>
          <w:sz w:val="24"/>
          <w:szCs w:val="24"/>
          <w:lang w:val="es-CO"/>
        </w:rPr>
        <w:t xml:space="preserve">Los avances relevantes del proceso participativo evidencian un fortalecimiento significativo de la relación entre la E.S.E. y la comunidad. La socialización de los hallazgos con líderes comunitarios, veedurías, Alianza de Usuarios y Juntas de Acción Comunal permitió validar las problemáticas identificadas, priorizar soluciones viables acorde con la capacidad institucional y consolidar la confianza de los actores territoriales, alcanzando una receptividad del 85% y una participación masiva en los espacios convocados. </w:t>
      </w:r>
    </w:p>
    <w:p w14:paraId="2BE1D0A7" w14:textId="7DE67EFC" w:rsidR="00F53F51" w:rsidRDefault="00D2519B" w:rsidP="003B22E6">
      <w:pPr>
        <w:jc w:val="both"/>
        <w:rPr>
          <w:rFonts w:ascii="GothamBook" w:hAnsi="GothamBook"/>
          <w:sz w:val="24"/>
          <w:szCs w:val="24"/>
          <w:lang w:val="es-CO"/>
        </w:rPr>
      </w:pPr>
      <w:r w:rsidRPr="00380B5E">
        <w:rPr>
          <w:rFonts w:ascii="GothamBook" w:hAnsi="GothamBook"/>
          <w:sz w:val="24"/>
          <w:szCs w:val="24"/>
          <w:lang w:val="es-CO"/>
        </w:rPr>
        <w:t xml:space="preserve">Asimismo, la construcción del Plan de Acción Participativa 2025 se desarrolló de forma conjunta y fue aprobado en sesión participativa, integrando tres líneas estratégicas de alto impacto: el restablecimiento del servicio de ambulancia para la zona rural, la ejecución de un plan anual de capacitación en atención humanizada, trato digno y rutas de acceso, y el fortalecimiento de la supervisión operativa y los mecanismos de </w:t>
      </w:r>
      <w:r w:rsidRPr="00380B5E">
        <w:rPr>
          <w:rFonts w:ascii="GothamBook" w:hAnsi="GothamBook"/>
          <w:sz w:val="24"/>
          <w:szCs w:val="24"/>
          <w:lang w:val="es-CO"/>
        </w:rPr>
        <w:lastRenderedPageBreak/>
        <w:t>comunicación institucional. Este plan, aprobado al 100% y alineado con los objetivos de calidad de la E.S.E., se constituye en la hoja de ruta central para mejorar la percepción del usuario y optimizar la experiencia de atención en salud.</w:t>
      </w:r>
    </w:p>
    <w:p w14:paraId="1119BB6D" w14:textId="77777777" w:rsidR="00F822BF" w:rsidRPr="00380B5E" w:rsidRDefault="00F822BF" w:rsidP="003B22E6">
      <w:pPr>
        <w:jc w:val="both"/>
        <w:rPr>
          <w:rFonts w:ascii="GothamBook" w:hAnsi="GothamBook"/>
          <w:sz w:val="24"/>
          <w:szCs w:val="24"/>
          <w:lang w:val="es-CO"/>
        </w:rPr>
      </w:pPr>
    </w:p>
    <w:p w14:paraId="0028C23D" w14:textId="5A774012"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3. Formación para la Participación – Módulo 3</w:t>
      </w:r>
    </w:p>
    <w:p w14:paraId="0368A93F" w14:textId="12F90773" w:rsidR="00D2519B" w:rsidRPr="00380B5E" w:rsidRDefault="00D2519B" w:rsidP="003B22E6">
      <w:pPr>
        <w:jc w:val="both"/>
        <w:rPr>
          <w:rFonts w:ascii="GothamBook" w:hAnsi="GothamBook"/>
          <w:sz w:val="24"/>
          <w:szCs w:val="24"/>
          <w:lang w:val="es-CO"/>
        </w:rPr>
      </w:pPr>
      <w:r w:rsidRPr="00380B5E">
        <w:rPr>
          <w:rFonts w:ascii="GothamBook" w:hAnsi="GothamBook"/>
          <w:sz w:val="24"/>
          <w:szCs w:val="24"/>
          <w:lang w:val="es-CO"/>
        </w:rPr>
        <w:t>La estructuración del plan anual de formación permitió avanzar de manera significativa en el fortalecimiento de las capacidades comunitarias, iniciando con el diseño de un cronograma anual que integra cinco temáticas esenciales para el control social y el empoderamiento ciudadano: derechos y deberes en salud, rutas de acceso, uso adecuado de los mecanismos PQRSD, control social y vigilancia ciudadana, y humanización del servicio. La ejecución preliminar del plan evidenció un impacto positivo, reflejado en la buena asistencia y participación de los líderes comunitarios, la apropiación adecuada de los conceptos impartidos y la reducción de reprocesos por PQRSD asociados a desinformación. Estos avances consolidan un resultado gerencial del 80% en la implementación del cronograma, demostrando la efectividad y pertinencia de la estrategia formativa propuesta</w:t>
      </w:r>
      <w:r w:rsidR="00566255">
        <w:rPr>
          <w:rFonts w:ascii="GothamBook" w:hAnsi="GothamBook"/>
          <w:sz w:val="24"/>
          <w:szCs w:val="24"/>
          <w:lang w:val="es-CO"/>
        </w:rPr>
        <w:t>.</w:t>
      </w:r>
    </w:p>
    <w:p w14:paraId="65D5D31B" w14:textId="45A038C0"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3.</w:t>
      </w:r>
      <w:r w:rsidR="00D2519B" w:rsidRPr="00380B5E">
        <w:rPr>
          <w:rFonts w:ascii="GothamBook" w:hAnsi="GothamBook"/>
          <w:b/>
          <w:bCs/>
          <w:sz w:val="24"/>
          <w:szCs w:val="24"/>
          <w:lang w:val="es-CO"/>
        </w:rPr>
        <w:t>1</w:t>
      </w:r>
      <w:r w:rsidRPr="00380B5E">
        <w:rPr>
          <w:rFonts w:ascii="GothamBook" w:hAnsi="GothamBook"/>
          <w:b/>
          <w:bCs/>
          <w:sz w:val="24"/>
          <w:szCs w:val="24"/>
          <w:lang w:val="es-CO"/>
        </w:rPr>
        <w:t xml:space="preserve"> Materiales y registros</w:t>
      </w:r>
    </w:p>
    <w:p w14:paraId="5710A779" w14:textId="77777777" w:rsidR="003B22E6" w:rsidRPr="00380B5E" w:rsidRDefault="003B22E6" w:rsidP="003B22E6">
      <w:pPr>
        <w:jc w:val="both"/>
        <w:rPr>
          <w:rFonts w:ascii="GothamBook" w:hAnsi="GothamBook"/>
          <w:sz w:val="24"/>
          <w:szCs w:val="24"/>
          <w:lang w:val="es-CO"/>
        </w:rPr>
      </w:pPr>
      <w:r w:rsidRPr="00380B5E">
        <w:rPr>
          <w:rFonts w:ascii="GothamBook" w:hAnsi="GothamBook"/>
          <w:sz w:val="24"/>
          <w:szCs w:val="24"/>
          <w:lang w:val="es-CO"/>
        </w:rPr>
        <w:t>Se consolidó:</w:t>
      </w:r>
    </w:p>
    <w:p w14:paraId="34F59FAE" w14:textId="77777777" w:rsidR="003B22E6" w:rsidRPr="00380B5E" w:rsidRDefault="003B22E6" w:rsidP="003B22E6">
      <w:pPr>
        <w:numPr>
          <w:ilvl w:val="0"/>
          <w:numId w:val="14"/>
        </w:numPr>
        <w:jc w:val="both"/>
        <w:rPr>
          <w:rFonts w:ascii="GothamBook" w:hAnsi="GothamBook"/>
          <w:sz w:val="24"/>
          <w:szCs w:val="24"/>
          <w:lang w:val="es-CO"/>
        </w:rPr>
      </w:pPr>
      <w:r w:rsidRPr="00380B5E">
        <w:rPr>
          <w:rFonts w:ascii="GothamBook" w:hAnsi="GothamBook"/>
          <w:sz w:val="24"/>
          <w:szCs w:val="24"/>
          <w:lang w:val="es-CO"/>
        </w:rPr>
        <w:t>Formato único de asistencia por cada sesión.</w:t>
      </w:r>
    </w:p>
    <w:p w14:paraId="4DFB9E11" w14:textId="77777777" w:rsidR="003B22E6" w:rsidRPr="00380B5E" w:rsidRDefault="003B22E6" w:rsidP="003B22E6">
      <w:pPr>
        <w:numPr>
          <w:ilvl w:val="0"/>
          <w:numId w:val="14"/>
        </w:numPr>
        <w:jc w:val="both"/>
        <w:rPr>
          <w:rFonts w:ascii="GothamBook" w:hAnsi="GothamBook"/>
          <w:sz w:val="24"/>
          <w:szCs w:val="24"/>
          <w:lang w:val="es-CO"/>
        </w:rPr>
      </w:pPr>
      <w:r w:rsidRPr="00380B5E">
        <w:rPr>
          <w:rFonts w:ascii="GothamBook" w:hAnsi="GothamBook"/>
          <w:sz w:val="24"/>
          <w:szCs w:val="24"/>
          <w:lang w:val="es-CO"/>
        </w:rPr>
        <w:t>Carpeta institucional de material pedagógico y presentaciones.</w:t>
      </w:r>
    </w:p>
    <w:p w14:paraId="48EBD36F" w14:textId="77777777" w:rsidR="003B22E6" w:rsidRDefault="003B22E6" w:rsidP="003B22E6">
      <w:pPr>
        <w:numPr>
          <w:ilvl w:val="0"/>
          <w:numId w:val="14"/>
        </w:numPr>
        <w:jc w:val="both"/>
        <w:rPr>
          <w:rFonts w:ascii="GothamBook" w:hAnsi="GothamBook"/>
          <w:sz w:val="24"/>
          <w:szCs w:val="24"/>
          <w:lang w:val="es-CO"/>
        </w:rPr>
      </w:pPr>
      <w:r w:rsidRPr="00380B5E">
        <w:rPr>
          <w:rFonts w:ascii="GothamBook" w:hAnsi="GothamBook"/>
          <w:sz w:val="24"/>
          <w:szCs w:val="24"/>
          <w:lang w:val="es-CO"/>
        </w:rPr>
        <w:t>Planeación para su actualización trimestral.</w:t>
      </w:r>
    </w:p>
    <w:p w14:paraId="0C9A0BAE" w14:textId="77777777" w:rsidR="00F822BF" w:rsidRPr="00380B5E" w:rsidRDefault="00F822BF" w:rsidP="00F822BF">
      <w:pPr>
        <w:ind w:left="720"/>
        <w:jc w:val="both"/>
        <w:rPr>
          <w:rFonts w:ascii="GothamBook" w:hAnsi="GothamBook"/>
          <w:sz w:val="24"/>
          <w:szCs w:val="24"/>
          <w:lang w:val="es-CO"/>
        </w:rPr>
      </w:pPr>
    </w:p>
    <w:p w14:paraId="17FA5BC1" w14:textId="77777777"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4. Impacto Institucional Global (80%)</w:t>
      </w:r>
    </w:p>
    <w:p w14:paraId="68F67F57" w14:textId="55F87650" w:rsidR="00F53F51" w:rsidRDefault="00D2519B" w:rsidP="003B22E6">
      <w:pPr>
        <w:jc w:val="both"/>
        <w:rPr>
          <w:rFonts w:ascii="GothamBook" w:hAnsi="GothamBook"/>
          <w:sz w:val="24"/>
          <w:szCs w:val="24"/>
          <w:lang w:val="es-CO"/>
        </w:rPr>
      </w:pPr>
      <w:r w:rsidRPr="00380B5E">
        <w:rPr>
          <w:rFonts w:ascii="GothamBook" w:hAnsi="GothamBook"/>
          <w:sz w:val="24"/>
          <w:szCs w:val="24"/>
          <w:lang w:val="es-CO"/>
        </w:rPr>
        <w:t xml:space="preserve">Del análisis consolidado se destacan diversos </w:t>
      </w:r>
      <w:r w:rsidRPr="00380B5E">
        <w:rPr>
          <w:rFonts w:ascii="GothamBook" w:hAnsi="GothamBook"/>
          <w:b/>
          <w:bCs/>
          <w:sz w:val="24"/>
          <w:szCs w:val="24"/>
          <w:lang w:val="es-CO"/>
        </w:rPr>
        <w:t>logros estratégicos</w:t>
      </w:r>
      <w:r w:rsidRPr="00380B5E">
        <w:rPr>
          <w:rFonts w:ascii="GothamBook" w:hAnsi="GothamBook"/>
          <w:sz w:val="24"/>
          <w:szCs w:val="24"/>
          <w:lang w:val="es-CO"/>
        </w:rPr>
        <w:t xml:space="preserve"> que reflejan el fortalecimiento institucional logrado a través de los módulos desarrollados. La E.S.E. incrementó de manera significativa los niveles de confianza de la comunidad, generando espacios de diálogo basados en la transparencia, la corresponsabilidad y la búsqueda conjunta de soluciones. Asimismo, los planes diseñados responden de forma directa y verificable a los hallazgos del diagnóstico, garantizando su pertinencia y sostenibilidad </w:t>
      </w:r>
      <w:r w:rsidRPr="00380B5E">
        <w:rPr>
          <w:rFonts w:ascii="GothamBook" w:hAnsi="GothamBook"/>
          <w:sz w:val="24"/>
          <w:szCs w:val="24"/>
          <w:lang w:val="es-CO"/>
        </w:rPr>
        <w:lastRenderedPageBreak/>
        <w:t>en el tiempo. La socialización permanente de la información ha contribuido a disminuir la incertidumbre de los usuarios, facilitando una gestión clara de expectativas. Finalmente, la comunidad reconoce una mayor apertura institucional y una disposición proactiva para incorporar su voz en los procesos internos, fortaleciendo de manera notable la relación usuario–institución.</w:t>
      </w:r>
    </w:p>
    <w:p w14:paraId="5FBD1A4D" w14:textId="77777777" w:rsidR="00566255" w:rsidRPr="00380B5E" w:rsidRDefault="00566255" w:rsidP="003B22E6">
      <w:pPr>
        <w:jc w:val="both"/>
        <w:rPr>
          <w:rFonts w:ascii="GothamBook" w:hAnsi="GothamBook"/>
          <w:b/>
          <w:bCs/>
          <w:sz w:val="24"/>
          <w:szCs w:val="24"/>
          <w:lang w:val="es-CO"/>
        </w:rPr>
      </w:pPr>
    </w:p>
    <w:p w14:paraId="27F71059" w14:textId="7B9A492F"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5. Oportunidades de Mejora (20%)</w:t>
      </w:r>
    </w:p>
    <w:p w14:paraId="5D00AB91" w14:textId="5BC26B20" w:rsidR="003B22E6" w:rsidRPr="00380B5E" w:rsidRDefault="00F53F51" w:rsidP="003B22E6">
      <w:pPr>
        <w:jc w:val="both"/>
        <w:rPr>
          <w:rFonts w:ascii="GothamBook" w:hAnsi="GothamBook"/>
          <w:sz w:val="24"/>
          <w:szCs w:val="24"/>
          <w:lang w:val="es-CO"/>
        </w:rPr>
      </w:pPr>
      <w:r w:rsidRPr="00380B5E">
        <w:rPr>
          <w:rFonts w:ascii="GothamBook" w:hAnsi="GothamBook"/>
          <w:sz w:val="24"/>
          <w:szCs w:val="24"/>
          <w:lang w:val="es-CO"/>
        </w:rPr>
        <w:t xml:space="preserve">En cuanto a las </w:t>
      </w:r>
      <w:r w:rsidRPr="00380B5E">
        <w:rPr>
          <w:rFonts w:ascii="GothamBook" w:hAnsi="GothamBook"/>
          <w:b/>
          <w:bCs/>
          <w:sz w:val="24"/>
          <w:szCs w:val="24"/>
          <w:lang w:val="es-CO"/>
        </w:rPr>
        <w:t>oportunidades de mejora</w:t>
      </w:r>
      <w:r w:rsidRPr="00380B5E">
        <w:rPr>
          <w:rFonts w:ascii="GothamBook" w:hAnsi="GothamBook"/>
          <w:sz w:val="24"/>
          <w:szCs w:val="24"/>
          <w:lang w:val="es-CO"/>
        </w:rPr>
        <w:t xml:space="preserve">, que representan el 20% del análisis, se identifican aspectos clave que requieren fortalecimiento para optimizar el proceso participativo. En primer lugar, es necesario </w:t>
      </w:r>
      <w:r w:rsidRPr="00380B5E">
        <w:rPr>
          <w:rFonts w:ascii="GothamBook" w:hAnsi="GothamBook"/>
          <w:b/>
          <w:bCs/>
          <w:sz w:val="24"/>
          <w:szCs w:val="24"/>
          <w:lang w:val="es-CO"/>
        </w:rPr>
        <w:t>ampliar la cobertura y la frecuencia de las capacitaciones</w:t>
      </w:r>
      <w:r w:rsidRPr="00380B5E">
        <w:rPr>
          <w:rFonts w:ascii="GothamBook" w:hAnsi="GothamBook"/>
          <w:sz w:val="24"/>
          <w:szCs w:val="24"/>
          <w:lang w:val="es-CO"/>
        </w:rPr>
        <w:t xml:space="preserve">, dado que la demanda comunitaria supera la oferta formativa actual. Asimismo, se recomienda </w:t>
      </w:r>
      <w:r w:rsidRPr="00380B5E">
        <w:rPr>
          <w:rFonts w:ascii="GothamBook" w:hAnsi="GothamBook"/>
          <w:b/>
          <w:bCs/>
          <w:sz w:val="24"/>
          <w:szCs w:val="24"/>
          <w:lang w:val="es-CO"/>
        </w:rPr>
        <w:t>incorporar metodologías pedagógicas más participativas</w:t>
      </w:r>
      <w:r w:rsidRPr="00380B5E">
        <w:rPr>
          <w:rFonts w:ascii="GothamBook" w:hAnsi="GothamBook"/>
          <w:sz w:val="24"/>
          <w:szCs w:val="24"/>
          <w:lang w:val="es-CO"/>
        </w:rPr>
        <w:t xml:space="preserve">, basadas en aprendizaje activo y el uso de casos reales que faciliten la apropiación de los contenidos. De igual forma, se requiere </w:t>
      </w:r>
      <w:r w:rsidRPr="0071521D">
        <w:rPr>
          <w:rFonts w:ascii="GothamBook" w:hAnsi="GothamBook"/>
          <w:b/>
          <w:bCs/>
          <w:sz w:val="24"/>
          <w:szCs w:val="24"/>
          <w:lang w:val="es-CO"/>
        </w:rPr>
        <w:t>intensificar los mecanismos de seguimiento del Plan de Acción</w:t>
      </w:r>
      <w:r w:rsidRPr="0071521D">
        <w:rPr>
          <w:rFonts w:ascii="GothamBook" w:hAnsi="GothamBook"/>
          <w:sz w:val="24"/>
          <w:szCs w:val="24"/>
          <w:lang w:val="es-CO"/>
        </w:rPr>
        <w:t>, mediante la creación de un comité trimestral que</w:t>
      </w:r>
      <w:r w:rsidRPr="00380B5E">
        <w:rPr>
          <w:rFonts w:ascii="GothamBook" w:hAnsi="GothamBook"/>
          <w:sz w:val="24"/>
          <w:szCs w:val="24"/>
          <w:lang w:val="es-CO"/>
        </w:rPr>
        <w:t xml:space="preserve"> gestione indicadores claros y verificables. También se evidencia la necesidad de </w:t>
      </w:r>
      <w:r w:rsidRPr="00380B5E">
        <w:rPr>
          <w:rFonts w:ascii="GothamBook" w:hAnsi="GothamBook"/>
          <w:b/>
          <w:bCs/>
          <w:sz w:val="24"/>
          <w:szCs w:val="24"/>
          <w:lang w:val="es-CO"/>
        </w:rPr>
        <w:t>fortalecer la comunicación preventiva y de contingencia</w:t>
      </w:r>
      <w:r w:rsidRPr="00380B5E">
        <w:rPr>
          <w:rFonts w:ascii="GothamBook" w:hAnsi="GothamBook"/>
          <w:sz w:val="24"/>
          <w:szCs w:val="24"/>
          <w:lang w:val="es-CO"/>
        </w:rPr>
        <w:t xml:space="preserve">, ya que persisten vacíos en la transmisión oportuna de información ante eventos operativos. Finalmente, se resalta la importancia de mejorar la </w:t>
      </w:r>
      <w:r w:rsidRPr="00380B5E">
        <w:rPr>
          <w:rFonts w:ascii="GothamBook" w:hAnsi="GothamBook"/>
          <w:b/>
          <w:bCs/>
          <w:sz w:val="24"/>
          <w:szCs w:val="24"/>
          <w:lang w:val="es-CO"/>
        </w:rPr>
        <w:t>trazabilidad de los indicadores de trato digno y oportunidad</w:t>
      </w:r>
      <w:r w:rsidRPr="00380B5E">
        <w:rPr>
          <w:rFonts w:ascii="GothamBook" w:hAnsi="GothamBook"/>
          <w:sz w:val="24"/>
          <w:szCs w:val="24"/>
          <w:lang w:val="es-CO"/>
        </w:rPr>
        <w:t>, incrementando el rigor en el monitoreo y la evidencia del impacto en la percepción del usuario.</w:t>
      </w:r>
    </w:p>
    <w:p w14:paraId="1066D52B" w14:textId="77777777" w:rsidR="00D2519B" w:rsidRPr="00380B5E" w:rsidRDefault="00D2519B" w:rsidP="003B22E6">
      <w:pPr>
        <w:jc w:val="both"/>
        <w:rPr>
          <w:rFonts w:ascii="GothamBook" w:hAnsi="GothamBook"/>
          <w:sz w:val="24"/>
          <w:szCs w:val="24"/>
          <w:lang w:val="es-CO"/>
        </w:rPr>
      </w:pPr>
    </w:p>
    <w:p w14:paraId="7DC2C5CB" w14:textId="77777777" w:rsidR="003B22E6" w:rsidRPr="00380B5E" w:rsidRDefault="003B22E6" w:rsidP="003B22E6">
      <w:pPr>
        <w:jc w:val="both"/>
        <w:rPr>
          <w:rFonts w:ascii="GothamBook" w:hAnsi="GothamBook"/>
          <w:b/>
          <w:bCs/>
          <w:sz w:val="24"/>
          <w:szCs w:val="24"/>
          <w:lang w:val="es-CO"/>
        </w:rPr>
      </w:pPr>
      <w:r w:rsidRPr="00380B5E">
        <w:rPr>
          <w:rFonts w:ascii="GothamBook" w:hAnsi="GothamBook"/>
          <w:b/>
          <w:bCs/>
          <w:sz w:val="24"/>
          <w:szCs w:val="24"/>
          <w:lang w:val="es-CO"/>
        </w:rPr>
        <w:t>6. Conclusión Gerencial</w:t>
      </w:r>
    </w:p>
    <w:p w14:paraId="144E3260" w14:textId="77777777" w:rsidR="00D2519B" w:rsidRPr="00380B5E" w:rsidRDefault="00D2519B" w:rsidP="00D2519B">
      <w:pPr>
        <w:jc w:val="both"/>
        <w:rPr>
          <w:rFonts w:ascii="GothamBook" w:hAnsi="GothamBook"/>
          <w:sz w:val="24"/>
          <w:szCs w:val="24"/>
          <w:lang w:val="es-CO"/>
        </w:rPr>
      </w:pPr>
      <w:r w:rsidRPr="00380B5E">
        <w:rPr>
          <w:rFonts w:ascii="GothamBook" w:hAnsi="GothamBook"/>
          <w:sz w:val="24"/>
          <w:szCs w:val="24"/>
          <w:lang w:val="es-CO"/>
        </w:rPr>
        <w:t xml:space="preserve">El análisis integral del proceso desarrollado evidencia un avance sólido y representativo en el fortalecimiento de la participación social en salud dentro de la E.S.E. Vida Sinú. La socialización del diagnóstico, la validación conjunta de problemáticas y la aprobación de acciones estratégicas permitieron consolidar un ejercicio transparente y corresponsable entre la institución y la comunidad. De manera paralela, la implementación del plan formativo contribuyó significativamente al empoderamiento ciudadano, al fortalecimiento del control social y a la reducción de reprocesos asociados a desinformación, generando un impacto positivo que se refleja en un nivel de cumplimiento del 80%. La comunidad reconoce hoy una mayor apertura institucional, </w:t>
      </w:r>
      <w:r w:rsidRPr="00380B5E">
        <w:rPr>
          <w:rFonts w:ascii="GothamBook" w:hAnsi="GothamBook"/>
          <w:sz w:val="24"/>
          <w:szCs w:val="24"/>
          <w:lang w:val="es-CO"/>
        </w:rPr>
        <w:lastRenderedPageBreak/>
        <w:t>mejores canales de comunicación y una disposición genuina para integrar su voz en la toma de decisiones, lo que fortalece la confianza y la gobernanza territorial.</w:t>
      </w:r>
    </w:p>
    <w:p w14:paraId="16EF3C3C" w14:textId="77777777" w:rsidR="00D2519B" w:rsidRPr="00380B5E" w:rsidRDefault="00D2519B" w:rsidP="00D2519B">
      <w:pPr>
        <w:jc w:val="both"/>
        <w:rPr>
          <w:rFonts w:ascii="GothamBook" w:hAnsi="GothamBook"/>
          <w:sz w:val="24"/>
          <w:szCs w:val="24"/>
          <w:lang w:val="es-CO"/>
        </w:rPr>
      </w:pPr>
      <w:r w:rsidRPr="00380B5E">
        <w:rPr>
          <w:rFonts w:ascii="GothamBook" w:hAnsi="GothamBook"/>
          <w:sz w:val="24"/>
          <w:szCs w:val="24"/>
          <w:lang w:val="es-CO"/>
        </w:rPr>
        <w:t>Si bien los avances son notables, persisten oportunidades de mejora equivalentes al 20%, relacionadas con la ampliación de la cobertura formativa, la diversificación de metodologías, el fortalecimiento del seguimiento a los planes acordados y la optimización de los indicadores asociados al trato digno y la oportunidad. Estas oportunidades no representan limitaciones, sino una hoja de ruta clara para continuar elevando los estándares de calidad, participación y humanización del servicio. En conjunto, los resultados obtenidos confirman el compromiso institucional con el mejoramiento continuo y la consolidación de una relación sólida, transparente y sostenible con la comunidad usuaria, asegurando que la participación siga siendo un eje estratégico para la transformación del servicio y el bienestar colectivo.</w:t>
      </w:r>
    </w:p>
    <w:p w14:paraId="70D4E0FC" w14:textId="51AE5B8A" w:rsidR="003B22E6" w:rsidRPr="00380B5E" w:rsidRDefault="003B22E6" w:rsidP="003B22E6">
      <w:pPr>
        <w:jc w:val="both"/>
        <w:rPr>
          <w:rFonts w:ascii="GothamBook" w:hAnsi="GothamBook"/>
          <w:sz w:val="24"/>
          <w:szCs w:val="24"/>
          <w:lang w:val="es-CO"/>
        </w:rPr>
      </w:pPr>
    </w:p>
    <w:p w14:paraId="797CA79B" w14:textId="77777777" w:rsidR="003B22E6" w:rsidRPr="00380B5E" w:rsidRDefault="003B22E6" w:rsidP="006F303D">
      <w:pPr>
        <w:jc w:val="both"/>
        <w:rPr>
          <w:rFonts w:ascii="GothamBook" w:hAnsi="GothamBook"/>
          <w:sz w:val="24"/>
          <w:szCs w:val="24"/>
          <w:lang w:val="es-CO"/>
        </w:rPr>
      </w:pPr>
    </w:p>
    <w:p w14:paraId="5B2F42FD" w14:textId="77777777" w:rsidR="003B22E6" w:rsidRPr="00380B5E" w:rsidRDefault="003B22E6" w:rsidP="006F303D">
      <w:pPr>
        <w:jc w:val="both"/>
        <w:rPr>
          <w:rFonts w:ascii="GothamBook" w:hAnsi="GothamBook"/>
          <w:sz w:val="24"/>
          <w:szCs w:val="24"/>
          <w:lang w:val="es-CO"/>
        </w:rPr>
      </w:pPr>
    </w:p>
    <w:p w14:paraId="405B552C" w14:textId="77777777" w:rsidR="003B22E6" w:rsidRPr="00380B5E" w:rsidRDefault="003B22E6" w:rsidP="006F303D">
      <w:pPr>
        <w:jc w:val="both"/>
        <w:rPr>
          <w:rFonts w:ascii="GothamBook" w:hAnsi="GothamBook"/>
          <w:sz w:val="24"/>
          <w:szCs w:val="24"/>
          <w:lang w:val="es-CO"/>
        </w:rPr>
      </w:pPr>
    </w:p>
    <w:p w14:paraId="326B31FE" w14:textId="77777777" w:rsidR="003B22E6" w:rsidRPr="00380B5E" w:rsidRDefault="003B22E6" w:rsidP="006F303D">
      <w:pPr>
        <w:jc w:val="both"/>
        <w:rPr>
          <w:rFonts w:ascii="GothamBook" w:hAnsi="GothamBook"/>
          <w:sz w:val="24"/>
          <w:szCs w:val="24"/>
          <w:lang w:val="es-CO"/>
        </w:rPr>
      </w:pPr>
    </w:p>
    <w:p w14:paraId="519A5C9D" w14:textId="77777777" w:rsidR="003B22E6" w:rsidRPr="00380B5E" w:rsidRDefault="003B22E6" w:rsidP="006F303D">
      <w:pPr>
        <w:jc w:val="both"/>
        <w:rPr>
          <w:rFonts w:ascii="GothamBook" w:hAnsi="GothamBook"/>
          <w:sz w:val="24"/>
          <w:szCs w:val="24"/>
          <w:lang w:val="es-CO"/>
        </w:rPr>
      </w:pPr>
    </w:p>
    <w:p w14:paraId="0C3EC278" w14:textId="77777777" w:rsidR="003B22E6" w:rsidRPr="00380B5E" w:rsidRDefault="003B22E6" w:rsidP="006F303D">
      <w:pPr>
        <w:jc w:val="both"/>
        <w:rPr>
          <w:rFonts w:ascii="GothamBook" w:hAnsi="GothamBook"/>
          <w:sz w:val="24"/>
          <w:szCs w:val="24"/>
          <w:lang w:val="es-CO"/>
        </w:rPr>
      </w:pPr>
    </w:p>
    <w:p w14:paraId="351C78CA" w14:textId="77777777" w:rsidR="003B22E6" w:rsidRPr="00380B5E" w:rsidRDefault="003B22E6" w:rsidP="006F303D">
      <w:pPr>
        <w:jc w:val="both"/>
        <w:rPr>
          <w:rFonts w:ascii="GothamBook" w:hAnsi="GothamBook"/>
          <w:sz w:val="24"/>
          <w:szCs w:val="24"/>
          <w:lang w:val="es-CO"/>
        </w:rPr>
      </w:pPr>
    </w:p>
    <w:p w14:paraId="1C88E2B5" w14:textId="77777777" w:rsidR="003B22E6" w:rsidRPr="00380B5E" w:rsidRDefault="003B22E6" w:rsidP="006F303D">
      <w:pPr>
        <w:jc w:val="both"/>
        <w:rPr>
          <w:rFonts w:ascii="GothamBook" w:hAnsi="GothamBook"/>
          <w:sz w:val="24"/>
          <w:szCs w:val="24"/>
          <w:lang w:val="es-CO"/>
        </w:rPr>
      </w:pPr>
    </w:p>
    <w:p w14:paraId="760D63C9" w14:textId="77777777" w:rsidR="003B22E6" w:rsidRPr="00380B5E" w:rsidRDefault="003B22E6" w:rsidP="006F303D">
      <w:pPr>
        <w:jc w:val="both"/>
        <w:rPr>
          <w:rFonts w:ascii="GothamBook" w:hAnsi="GothamBook"/>
          <w:sz w:val="24"/>
          <w:szCs w:val="24"/>
          <w:lang w:val="es-CO"/>
        </w:rPr>
      </w:pPr>
    </w:p>
    <w:p w14:paraId="4C69E31E" w14:textId="77777777" w:rsidR="003B22E6" w:rsidRPr="00380B5E" w:rsidRDefault="003B22E6" w:rsidP="006F303D">
      <w:pPr>
        <w:jc w:val="both"/>
        <w:rPr>
          <w:rFonts w:ascii="GothamBook" w:hAnsi="GothamBook"/>
          <w:sz w:val="24"/>
          <w:szCs w:val="24"/>
          <w:lang w:val="es-CO"/>
        </w:rPr>
      </w:pPr>
    </w:p>
    <w:p w14:paraId="0B4362B7" w14:textId="77777777" w:rsidR="003B22E6" w:rsidRPr="00380B5E" w:rsidRDefault="003B22E6" w:rsidP="006F303D">
      <w:pPr>
        <w:jc w:val="both"/>
        <w:rPr>
          <w:rFonts w:ascii="GothamBook" w:hAnsi="GothamBook"/>
          <w:sz w:val="24"/>
          <w:szCs w:val="24"/>
          <w:lang w:val="es-CO"/>
        </w:rPr>
      </w:pPr>
    </w:p>
    <w:p w14:paraId="252A6073" w14:textId="77777777" w:rsidR="003B22E6" w:rsidRPr="00380B5E" w:rsidRDefault="003B22E6" w:rsidP="006F303D">
      <w:pPr>
        <w:jc w:val="both"/>
        <w:rPr>
          <w:rFonts w:ascii="GothamBook" w:hAnsi="GothamBook"/>
          <w:sz w:val="24"/>
          <w:szCs w:val="24"/>
          <w:lang w:val="es-CO"/>
        </w:rPr>
      </w:pPr>
    </w:p>
    <w:p w14:paraId="6CF475D9" w14:textId="77777777" w:rsidR="00C418D4" w:rsidRPr="00380B5E" w:rsidRDefault="00C418D4" w:rsidP="006F303D">
      <w:pPr>
        <w:jc w:val="both"/>
        <w:rPr>
          <w:rFonts w:ascii="GothamBook" w:hAnsi="GothamBook"/>
          <w:sz w:val="24"/>
          <w:szCs w:val="24"/>
          <w:lang w:val="es-CO"/>
        </w:rPr>
      </w:pPr>
    </w:p>
    <w:sectPr w:rsidR="00C418D4" w:rsidRPr="00380B5E" w:rsidSect="00380B5E">
      <w:headerReference w:type="default" r:id="rId8"/>
      <w:pgSz w:w="12240" w:h="15840"/>
      <w:pgMar w:top="2271"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C5A62" w14:textId="77777777" w:rsidR="0060632C" w:rsidRDefault="0060632C" w:rsidP="00380B5E">
      <w:pPr>
        <w:spacing w:after="0" w:line="240" w:lineRule="auto"/>
      </w:pPr>
      <w:r>
        <w:separator/>
      </w:r>
    </w:p>
  </w:endnote>
  <w:endnote w:type="continuationSeparator" w:id="0">
    <w:p w14:paraId="0F21AE3B" w14:textId="77777777" w:rsidR="0060632C" w:rsidRDefault="0060632C" w:rsidP="0038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othamBook">
    <w:altName w:val="Calibri"/>
    <w:panose1 w:val="00000000000000000000"/>
    <w:charset w:val="00"/>
    <w:family w:val="modern"/>
    <w:notTrueType/>
    <w:pitch w:val="variable"/>
    <w:sig w:usb0="A00000AF" w:usb1="5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A7BE7" w14:textId="77777777" w:rsidR="0060632C" w:rsidRDefault="0060632C" w:rsidP="00380B5E">
      <w:pPr>
        <w:spacing w:after="0" w:line="240" w:lineRule="auto"/>
      </w:pPr>
      <w:r>
        <w:separator/>
      </w:r>
    </w:p>
  </w:footnote>
  <w:footnote w:type="continuationSeparator" w:id="0">
    <w:p w14:paraId="45A6BFA8" w14:textId="77777777" w:rsidR="0060632C" w:rsidRDefault="0060632C" w:rsidP="00380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3C83C" w14:textId="341092EE" w:rsidR="00380B5E" w:rsidRDefault="00380B5E">
    <w:pPr>
      <w:pStyle w:val="Encabezado"/>
    </w:pPr>
    <w:r>
      <w:rPr>
        <w:noProof/>
      </w:rPr>
      <mc:AlternateContent>
        <mc:Choice Requires="wpg">
          <w:drawing>
            <wp:anchor distT="0" distB="0" distL="114300" distR="114300" simplePos="0" relativeHeight="251659264" behindDoc="0" locked="0" layoutInCell="1" allowOverlap="1" wp14:anchorId="7AE188FB" wp14:editId="5C85AC1F">
              <wp:simplePos x="0" y="0"/>
              <wp:positionH relativeFrom="margin">
                <wp:posOffset>-581025</wp:posOffset>
              </wp:positionH>
              <wp:positionV relativeFrom="paragraph">
                <wp:posOffset>-76200</wp:posOffset>
              </wp:positionV>
              <wp:extent cx="6638925" cy="9667875"/>
              <wp:effectExtent l="0" t="0" r="0" b="0"/>
              <wp:wrapNone/>
              <wp:docPr id="2144382131" name="Grupo 214438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667875"/>
                        <a:chOff x="228600" y="28575"/>
                        <a:chExt cx="6688455" cy="9534525"/>
                      </a:xfrm>
                    </wpg:grpSpPr>
                    <pic:pic xmlns:pic="http://schemas.openxmlformats.org/drawingml/2006/picture">
                      <pic:nvPicPr>
                        <pic:cNvPr id="727726084" name="Imagen 727726084" descr="C:\Users\user\Downloads\Logo horizontal VIDASINU-13.png"/>
                        <pic:cNvPicPr>
                          <a:picLocks noChangeAspect="1"/>
                        </pic:cNvPicPr>
                      </pic:nvPicPr>
                      <pic:blipFill>
                        <a:blip r:embed="rId1"/>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1669010683" name="Picture 6"/>
                        <pic:cNvPicPr>
                          <a:picLocks noChangeAspect="1"/>
                        </pic:cNvPicPr>
                      </pic:nvPicPr>
                      <pic:blipFill rotWithShape="1">
                        <a:blip r:embed="rId2"/>
                        <a:srcRect l="61577" t="93200"/>
                        <a:stretch/>
                      </pic:blipFill>
                      <pic:spPr bwMode="auto">
                        <a:xfrm>
                          <a:off x="2619375" y="8543925"/>
                          <a:ext cx="4297680" cy="1019175"/>
                        </a:xfrm>
                        <a:prstGeom prst="rect">
                          <a:avLst/>
                        </a:prstGeom>
                        <a:ln>
                          <a:noFill/>
                        </a:ln>
                      </pic:spPr>
                    </pic:pic>
                    <pic:pic xmlns:pic="http://schemas.openxmlformats.org/drawingml/2006/picture">
                      <pic:nvPicPr>
                        <pic:cNvPr id="2100629332" name="Imagen 1"/>
                        <pic:cNvPicPr>
                          <a:picLocks noChangeAspect="1"/>
                        </pic:cNvPicPr>
                      </pic:nvPicPr>
                      <pic:blipFill rotWithShape="1">
                        <a:blip r:embed="rId3"/>
                        <a:srcRect l="45217" t="31162" r="20325" b="49716"/>
                        <a:stretch/>
                      </pic:blipFill>
                      <pic:spPr bwMode="auto">
                        <a:xfrm>
                          <a:off x="4352925" y="171450"/>
                          <a:ext cx="2486025" cy="79184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1109D73" id="Grupo 2144382131" o:spid="_x0000_s1026" style="position:absolute;margin-left:-45.75pt;margin-top:-6pt;width:522.75pt;height:761.25pt;z-index:251659264;mso-position-horizontal-relative:margin;mso-width-relative:margin;mso-height-relative:margin" coordorigin="2286,285" coordsize="66884,953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XV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QVBFTEVSSUEgQkFTSUNBIFZJREFTSU5VzIEgMi4wPC9yZGY6bGk+CiAgICAgICAgICAgIDwv&#10;cmRmOkFsdD4KICAgICAgICAgPC9kYzp0aXRsZT4KICAgICAgPC9yZGY6RGVzY3JpcHRpb24+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1NzBDODZGRDVFMjA2ODExOEMxNDg3RUE3MjlEM0I0ODwvc3RFdnQ6aW5zdGFuY2VJRD4K&#10;ICAgICAgICAgICAgICAgICAgPHN0RXZ0OndoZW4+MjAxNi0wOC0xMFQxMjo0ODowMi0wNT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&#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U3fzmG67ediu9PP+N149rkPB&#10;+03cbmGhuZePTlYlvdcZ4fud1q68rFrmmnJx6M7CtzXbmYiunrHytKp6U1THtiJn9yEK/XNuzerp&#10;/SotXK6evjHWmiZjrH44HgL8HH4n/qr9a3qb512s75bfhOfxLQdiOT9wNdZ43w3C47nU8i1XcDth&#10;xzEu3c3HyLtd3EjW8qy4qtTHSquqmrr9WErYu13K5iqYmIpmfZEePWI/mqLqthk5eRXbvVUTTTZq&#10;rjy0RTPmiu3THjH0VSMlNN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7726084"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">
                <v:imagedata r:id="rId4" o:title="Logo horizontal VIDASINU-13"/>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">
                <v:imagedata r:id="rId5" o:title="" croptop="61080f" cropleft="40355f"/>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">
                <v:imagedata r:id="rId6" o:title="" croptop="20422f" cropbottom="32582f" cropleft="29633f" cropright="13320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23CF6241"/>
    <w:multiLevelType w:val="multilevel"/>
    <w:tmpl w:val="49E6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B14FB"/>
    <w:multiLevelType w:val="multilevel"/>
    <w:tmpl w:val="3238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866B7"/>
    <w:multiLevelType w:val="multilevel"/>
    <w:tmpl w:val="74EAA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F80772"/>
    <w:multiLevelType w:val="multilevel"/>
    <w:tmpl w:val="A65A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C2066B"/>
    <w:multiLevelType w:val="multilevel"/>
    <w:tmpl w:val="ACA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483655">
    <w:abstractNumId w:val="8"/>
  </w:num>
  <w:num w:numId="2" w16cid:durableId="625090370">
    <w:abstractNumId w:val="6"/>
  </w:num>
  <w:num w:numId="3" w16cid:durableId="1789815668">
    <w:abstractNumId w:val="5"/>
  </w:num>
  <w:num w:numId="4" w16cid:durableId="623654284">
    <w:abstractNumId w:val="4"/>
  </w:num>
  <w:num w:numId="5" w16cid:durableId="1534683994">
    <w:abstractNumId w:val="7"/>
  </w:num>
  <w:num w:numId="6" w16cid:durableId="1779638077">
    <w:abstractNumId w:val="3"/>
  </w:num>
  <w:num w:numId="7" w16cid:durableId="1931817565">
    <w:abstractNumId w:val="2"/>
  </w:num>
  <w:num w:numId="8" w16cid:durableId="1631014157">
    <w:abstractNumId w:val="1"/>
  </w:num>
  <w:num w:numId="9" w16cid:durableId="503477986">
    <w:abstractNumId w:val="0"/>
  </w:num>
  <w:num w:numId="10" w16cid:durableId="2002925352">
    <w:abstractNumId w:val="9"/>
  </w:num>
  <w:num w:numId="11" w16cid:durableId="956108112">
    <w:abstractNumId w:val="11"/>
  </w:num>
  <w:num w:numId="12" w16cid:durableId="202251899">
    <w:abstractNumId w:val="12"/>
  </w:num>
  <w:num w:numId="13" w16cid:durableId="479544465">
    <w:abstractNumId w:val="13"/>
  </w:num>
  <w:num w:numId="14" w16cid:durableId="350145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60924"/>
    <w:rsid w:val="001F0AA6"/>
    <w:rsid w:val="0029639D"/>
    <w:rsid w:val="00326F90"/>
    <w:rsid w:val="00350081"/>
    <w:rsid w:val="00380B5E"/>
    <w:rsid w:val="003B22E6"/>
    <w:rsid w:val="003D6719"/>
    <w:rsid w:val="00415C19"/>
    <w:rsid w:val="00566255"/>
    <w:rsid w:val="0060632C"/>
    <w:rsid w:val="006F303D"/>
    <w:rsid w:val="0071521D"/>
    <w:rsid w:val="007F365E"/>
    <w:rsid w:val="00832517"/>
    <w:rsid w:val="008559E1"/>
    <w:rsid w:val="008B1B72"/>
    <w:rsid w:val="00933A01"/>
    <w:rsid w:val="009B2DE4"/>
    <w:rsid w:val="00A27DC0"/>
    <w:rsid w:val="00A6473A"/>
    <w:rsid w:val="00AA1D8D"/>
    <w:rsid w:val="00B47730"/>
    <w:rsid w:val="00BD1BEC"/>
    <w:rsid w:val="00BD23D0"/>
    <w:rsid w:val="00C418D4"/>
    <w:rsid w:val="00CB0664"/>
    <w:rsid w:val="00D2519B"/>
    <w:rsid w:val="00F53F51"/>
    <w:rsid w:val="00F822BF"/>
    <w:rsid w:val="00FC3E56"/>
    <w:rsid w:val="00FC693F"/>
    <w:rsid w:val="00FF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2CE71"/>
  <w14:defaultImageDpi w14:val="300"/>
  <w15:docId w15:val="{AB334D99-C64E-48BD-80D1-7859B93B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463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1082</Words>
  <Characters>5953</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planeacion@esevidasinu.gov.co</cp:lastModifiedBy>
  <cp:revision>14</cp:revision>
  <dcterms:created xsi:type="dcterms:W3CDTF">2013-12-23T23:15:00Z</dcterms:created>
  <dcterms:modified xsi:type="dcterms:W3CDTF">2025-11-27T22:11:00Z</dcterms:modified>
  <cp:category/>
</cp:coreProperties>
</file>